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4"/>
        </w:rPr>
        <w:t>PRIJAVNI FORMULAR</w:t>
      </w:r>
    </w:p>
    <w:p>
      <w:pPr>
        <w:jc w:val="center"/>
      </w:pPr>
      <w:r>
        <w:rPr>
          <w:b/>
          <w:sz w:val="26"/>
        </w:rPr>
        <w:t>Dvodnevna obuka za pisanje IPA projekata</w:t>
      </w:r>
    </w:p>
    <w:p>
      <w:pPr>
        <w:jc w:val="center"/>
      </w:pPr>
      <w:r>
        <w:rPr>
          <w:i/>
        </w:rPr>
        <w:t>22–23. septembar 2026. | Podgorica</w:t>
      </w:r>
    </w:p>
    <w:p>
      <w:pPr>
        <w:spacing w:after="160"/>
      </w:pPr>
      <w:r>
        <w:t>Građanska alijansa organizuje dvodnevnu praktičnu obuku za pisanje IPA projekata u okviru projekta „Na korak od EU – Poglavlja koja mijenjaju društvo“.</w:t>
        <w:br/>
        <w:br/>
        <w:t>Obuka je namijenjena predstavnicima i predstavnicama nevladinih organizacija i lokalnih institucija iz Crne Gore, sa posebnim fokusom na manje organizacije i učesnike/ce iz manje razvijenih opština.</w:t>
        <w:br/>
        <w:br/>
        <w:t>Učešće na obuci je besplatno. Organizator pokriva troškove smještaja i hrane, kao i putne troškove učesnika/ca u skladu sa pravilima organizatora.</w:t>
        <w:br/>
        <w:br/>
        <w:t>Rok za prijavu: 10. septembar 2026. godine.</w:t>
      </w:r>
    </w:p>
    <w:p>
      <w:pPr>
        <w:pStyle w:val="Heading1"/>
      </w:pPr>
      <w:r>
        <w:rPr>
          <w:b/>
        </w:rPr>
        <w:t>1. OSNOVNI PODACI</w:t>
      </w:r>
    </w:p>
    <w:p>
      <w:r>
        <w:rPr>
          <w:b/>
        </w:rPr>
        <w:t>Ime i prezime*</w:t>
      </w:r>
    </w:p>
    <w:p>
      <w:r>
        <w:t>________________________________________________________________________________</w:t>
      </w:r>
    </w:p>
    <w:p>
      <w:r>
        <w:rPr>
          <w:b/>
        </w:rPr>
        <w:t>Godina rođenja*</w:t>
      </w:r>
    </w:p>
    <w:p>
      <w:r>
        <w:t>________________________________________________________________________________</w:t>
      </w:r>
    </w:p>
    <w:p>
      <w:r>
        <w:rPr>
          <w:b/>
        </w:rPr>
        <w:t>Pol</w:t>
      </w:r>
    </w:p>
    <w:p>
      <w:r>
        <w:t>☐ Ženski</w:t>
      </w:r>
    </w:p>
    <w:p>
      <w:r>
        <w:t>☐ Muški</w:t>
      </w:r>
    </w:p>
    <w:p>
      <w:r>
        <w:t>☐ Drugo</w:t>
      </w:r>
    </w:p>
    <w:p>
      <w:r>
        <w:t>☐ Ne želim da se izjasnim</w:t>
      </w:r>
    </w:p>
    <w:p>
      <w:r>
        <w:rPr>
          <w:b/>
        </w:rPr>
        <w:t>Opština iz koje dolazite*</w:t>
      </w:r>
    </w:p>
    <w:p>
      <w:r>
        <w:t>________________________________________________________________________________</w:t>
      </w:r>
    </w:p>
    <w:p>
      <w:r>
        <w:rPr>
          <w:b/>
        </w:rPr>
        <w:t>E-mail adresa*</w:t>
      </w:r>
    </w:p>
    <w:p>
      <w:r>
        <w:t>________________________________________________________________________________</w:t>
      </w:r>
    </w:p>
    <w:p>
      <w:r>
        <w:rPr>
          <w:b/>
        </w:rPr>
        <w:t>Broj telefona*</w:t>
      </w:r>
    </w:p>
    <w:p>
      <w:r>
        <w:t>________________________________________________________________________________</w:t>
      </w:r>
    </w:p>
    <w:p>
      <w:pPr>
        <w:pStyle w:val="Heading1"/>
      </w:pPr>
      <w:r>
        <w:rPr>
          <w:b/>
        </w:rPr>
        <w:t>2. ORGANIZACIJA / INSTITUCIJA</w:t>
      </w:r>
    </w:p>
    <w:p>
      <w:r>
        <w:rPr>
          <w:b/>
        </w:rPr>
        <w:t>Naziv organizacije/institucije koju predstavljate*</w:t>
      </w:r>
    </w:p>
    <w:p>
      <w:r>
        <w:t>________________________________________________________________________________</w:t>
      </w:r>
    </w:p>
    <w:p>
      <w:r>
        <w:rPr>
          <w:b/>
        </w:rPr>
        <w:t>Vrsta organizacije/institucije*</w:t>
      </w:r>
    </w:p>
    <w:p>
      <w:r>
        <w:t>☐ Nevladina organizacija</w:t>
      </w:r>
    </w:p>
    <w:p>
      <w:r>
        <w:t>☐ Lokalna samouprava / lokalna institucija</w:t>
      </w:r>
    </w:p>
    <w:p>
      <w:r>
        <w:t>☐ Drugo: __________________</w:t>
      </w:r>
    </w:p>
    <w:p>
      <w:r>
        <w:rPr>
          <w:b/>
        </w:rPr>
        <w:t>Vaša pozicija/uloga u organizaciji ili instituciji*</w:t>
      </w:r>
    </w:p>
    <w:p>
      <w:r>
        <w:t>________________________________________________________________________________</w:t>
      </w:r>
    </w:p>
    <w:p>
      <w:r>
        <w:rPr>
          <w:b/>
        </w:rPr>
        <w:t>Koliko dugo Vaša organizacija/institucija djeluje?</w:t>
      </w:r>
    </w:p>
    <w:p>
      <w:r>
        <w:t>☐ Manje od 2 godine</w:t>
      </w:r>
    </w:p>
    <w:p>
      <w:r>
        <w:t>☐ 2–5 godina</w:t>
      </w:r>
    </w:p>
    <w:p>
      <w:r>
        <w:t>☐ 5–10 godina</w:t>
      </w:r>
    </w:p>
    <w:p>
      <w:r>
        <w:t>☐ Više od 10 godina</w:t>
      </w:r>
    </w:p>
    <w:p>
      <w:r>
        <w:rPr>
          <w:b/>
        </w:rPr>
        <w:t>Da li je Vaša organizacija do sada realizovala projekat finansiran iz IPA/EU fondova?*</w:t>
      </w:r>
    </w:p>
    <w:p>
      <w:r>
        <w:t>☐ Da</w:t>
      </w:r>
    </w:p>
    <w:p>
      <w:r>
        <w:t>☐ Ne</w:t>
      </w:r>
    </w:p>
    <w:p>
      <w:r>
        <w:t>☐ Nijesam siguran/na</w:t>
      </w:r>
    </w:p>
    <w:p>
      <w:pPr>
        <w:pStyle w:val="Heading1"/>
      </w:pPr>
      <w:r>
        <w:rPr>
          <w:b/>
        </w:rPr>
        <w:t>3. MOTIVACIJA I ISKUSTVO</w:t>
      </w:r>
    </w:p>
    <w:p>
      <w:r>
        <w:rPr>
          <w:b/>
        </w:rPr>
        <w:t>Da li ste ranije učestvovali u pisanju projektnih prijedloga?*</w:t>
      </w:r>
    </w:p>
    <w:p>
      <w:r>
        <w:t>☐ Nikada</w:t>
      </w:r>
    </w:p>
    <w:p>
      <w:r>
        <w:t>☐ Imam malo iskustva</w:t>
      </w:r>
    </w:p>
    <w:p>
      <w:r>
        <w:t>☐ Učestvovao/la sam u pripremi nekoliko projekata</w:t>
      </w:r>
    </w:p>
    <w:p>
      <w:r>
        <w:t>☐ Imam značajnije iskustvo u pisanju projekata</w:t>
      </w:r>
    </w:p>
    <w:p>
      <w:r>
        <w:rPr>
          <w:b/>
        </w:rPr>
        <w:t>Zašto želite da učestvujete na obuci i šta biste željeli da naučite?*</w:t>
      </w:r>
      <w:r>
        <w:rPr>
          <w:i/>
        </w:rPr>
        <w:t xml:space="preserve"> (do 150 riječi)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</w:rPr>
        <w:t>Na koji način planirate da znanja stečena na obuci primijenite u radu svoje organizacije/institucije?*</w:t>
      </w:r>
      <w:r>
        <w:rPr>
          <w:i/>
        </w:rPr>
        <w:t xml:space="preserve"> (do 100 riječi)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rPr>
          <w:b/>
        </w:rPr>
        <w:t>Da li Vaša organizacija trenutno ima projektnu ideju koju biste željeli dalje razvijati?</w:t>
      </w:r>
    </w:p>
    <w:p>
      <w:r>
        <w:t>☐ Da</w:t>
      </w:r>
    </w:p>
    <w:p>
      <w:r>
        <w:t>☐ Ne</w:t>
      </w:r>
    </w:p>
    <w:p>
      <w:r>
        <w:rPr>
          <w:b/>
        </w:rPr>
        <w:t>Ukoliko ste odgovorili „Da“, u nekoliko rečenica opišite projektnu ideju.</w:t>
      </w:r>
      <w:r>
        <w:rPr>
          <w:i/>
        </w:rPr>
        <w:t xml:space="preserve"> (do 100 riječi)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rPr>
          <w:b/>
        </w:rPr>
        <w:t>4. UČEŠĆE I LOGISTIKA</w:t>
      </w:r>
    </w:p>
    <w:p>
      <w:r>
        <w:rPr>
          <w:b/>
        </w:rPr>
        <w:t>Da li ste u mogućnosti da prisustvujete obuci tokom oba dana, 22. i 23. septembra 2026. godine?*</w:t>
      </w:r>
    </w:p>
    <w:p>
      <w:r>
        <w:t>☐ Da</w:t>
      </w:r>
    </w:p>
    <w:p>
      <w:r>
        <w:t>☐ Ne</w:t>
      </w:r>
    </w:p>
    <w:p>
      <w:r>
        <w:rPr>
          <w:b/>
        </w:rPr>
        <w:t>Da li Vam je potreban smještaj u Podgorici?*</w:t>
      </w:r>
    </w:p>
    <w:p>
      <w:r>
        <w:t>☐ Da</w:t>
      </w:r>
    </w:p>
    <w:p>
      <w:r>
        <w:t>☐ Ne</w:t>
      </w:r>
    </w:p>
    <w:p>
      <w:r>
        <w:rPr>
          <w:b/>
        </w:rPr>
        <w:t>Mjesto iz kojeg ćete putovati na obuku*</w:t>
      </w:r>
    </w:p>
    <w:p>
      <w:r>
        <w:t>________________________________________________________________________________</w:t>
      </w:r>
    </w:p>
    <w:p>
      <w:r>
        <w:rPr>
          <w:b/>
        </w:rPr>
        <w:t>Da li imate posebne zahtjeve u vezi sa ishranom?</w:t>
      </w:r>
    </w:p>
    <w:p>
      <w:r>
        <w:t>☐ Nemam</w:t>
      </w:r>
    </w:p>
    <w:p>
      <w:r>
        <w:t>☐ Vegetarijanska</w:t>
      </w:r>
    </w:p>
    <w:p>
      <w:r>
        <w:t>☐ Veganska</w:t>
      </w:r>
    </w:p>
    <w:p>
      <w:r>
        <w:t>☐ Drugo: __________________</w:t>
      </w:r>
    </w:p>
    <w:p>
      <w:r>
        <w:rPr>
          <w:b/>
        </w:rPr>
        <w:t>Da li su Vam potrebna određena prilagođavanja kako biste mogli nesmetano učestvovati na obuci?</w:t>
      </w:r>
      <w:r>
        <w:rPr>
          <w:i/>
        </w:rPr>
        <w:t xml:space="preserve"> (opciono)</w:t>
      </w:r>
    </w:p>
    <w:p>
      <w:r>
        <w:t>________________________________________________________________________________</w:t>
      </w:r>
    </w:p>
    <w:p>
      <w:r>
        <w:t>________________________________________________________________________________</w:t>
      </w:r>
    </w:p>
    <w:p>
      <w:pPr>
        <w:pStyle w:val="Heading1"/>
      </w:pPr>
      <w:r>
        <w:rPr>
          <w:b/>
        </w:rPr>
        <w:t>5. POTVRDA PRIJAVE</w:t>
      </w:r>
    </w:p>
    <w:p>
      <w:r>
        <w:t>☐ Potvrđujem da su navedeni podaci tačni i da sam, ukoliko budem odabran/a, u mogućnosti da učestvujem tokom oba dana obuke.</w:t>
      </w:r>
    </w:p>
    <w:p>
      <w:r>
        <w:t>☐ Saglasan/na sam da Građanska alijansa obrađuje podatke navedene u prijavi isključivo za potrebe organizacije i realizacije obuke, u skladu sa važećim propisima o zaštiti podataka o ličnosti.</w:t>
      </w:r>
    </w:p>
    <w:p>
      <w:r>
        <w:rPr>
          <w:b/>
        </w:rPr>
        <w:t>NAPOMENA</w:t>
      </w:r>
      <w:r>
        <w:t>: Broj mjesta je ograničen. Prednost prilikom selekcije imaće predstavnici i predstavnice manjih i manje razvijenih nevladinih organizacija, kao i kandidati i kandidatkinje iz manje razvijenih opština. Prilikom odabira biće uzeti u obzir motivacija kandidata/kinja, prethodno iskustvo sa IPA/EU projektima, mogućnost primjene stečenih znanja, teritorijalna zastupljenost i rodna ravnoteža.</w:t>
      </w:r>
    </w:p>
    <w:p>
      <w:pPr>
        <w:jc w:val="center"/>
      </w:pPr>
      <w:r>
        <w:rPr>
          <w:b/>
        </w:rPr>
        <w:t>Rok za prijavu: 10. septembar 2026. godine.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